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rFonts w:ascii="Georgia" w:hAnsi="Georgia"/>
          <w:b w:val="0"/>
          <w:color w:val="000000"/>
          <w:sz w:val="50"/>
        </w:rPr>
        <w:t>AI Readiness Check questionnaire</w:t>
      </w:r>
    </w:p>
    <w:p>
      <w:pPr>
        <w:spacing w:after="360"/>
      </w:pPr>
      <w:r>
        <w:rPr>
          <w:rFonts w:ascii="Arial" w:hAnsi="Arial"/>
          <w:b/>
          <w:color w:val="B58B3E"/>
          <w:sz w:val="16"/>
        </w:rPr>
        <w:t>KENNING ON AI  ·  WELLINGTON, NEW ZEALAND</w:t>
      </w:r>
    </w:p>
    <w:p>
      <w:r>
        <w:t>You do not need every answer before we talk. Short answers are fine. Say when you do not know something. If a question does not apply, say so.</w:t>
      </w:r>
    </w:p>
    <w:p>
      <w:pPr>
        <w:pStyle w:val="Heading1"/>
      </w:pPr>
      <w:r>
        <w:t>Before you answer</w:t>
      </w:r>
    </w:p>
    <w:p>
      <w:pPr>
        <w:pStyle w:val="ListBullet"/>
        <w:spacing w:after="40"/>
      </w:pPr>
      <w:r>
        <w:rPr>
          <w:rFonts w:ascii="Arial" w:hAnsi="Arial"/>
          <w:b w:val="0"/>
          <w:color w:val="596466"/>
          <w:sz w:val="19"/>
        </w:rPr>
        <w:t>Describe roles, types of information and systems in general terms. Leave out personal information about customers or staff, copied records, passwords and confidential system details.</w:t>
      </w:r>
    </w:p>
    <w:p>
      <w:pPr>
        <w:pStyle w:val="ListBullet"/>
        <w:spacing w:after="40"/>
      </w:pPr>
      <w:r>
        <w:rPr>
          <w:rFonts w:ascii="Arial" w:hAnsi="Arial"/>
          <w:b w:val="0"/>
          <w:color w:val="596466"/>
          <w:sz w:val="19"/>
        </w:rPr>
        <w:t>Say where answers come from, including estimates or assumptions. We can agree how to share any supporting material.</w:t>
      </w:r>
    </w:p>
    <w:p>
      <w:pPr>
        <w:keepLines/>
        <w:spacing w:after="100"/>
      </w:pPr>
      <w:r>
        <w:rPr>
          <w:rFonts w:ascii="Arial" w:hAnsi="Arial"/>
          <w:b/>
          <w:color w:val="102323"/>
          <w:sz w:val="20"/>
        </w:rPr>
        <w:t xml:space="preserve">Organisation or area to review:  </w:t>
      </w:r>
      <w:r>
        <w:rPr>
          <w:rFonts w:ascii="Arial" w:hAnsi="Arial"/>
          <w:b w:val="0"/>
          <w:color w:val="596466"/>
          <w:sz w:val="20"/>
        </w:rPr>
        <w:t>____________________________________________________________</w:t>
      </w:r>
    </w:p>
    <w:p>
      <w:pPr>
        <w:keepLines/>
        <w:spacing w:after="100"/>
      </w:pPr>
      <w:r>
        <w:rPr>
          <w:rFonts w:ascii="Arial" w:hAnsi="Arial"/>
          <w:b/>
          <w:color w:val="102323"/>
          <w:sz w:val="20"/>
        </w:rPr>
        <w:t xml:space="preserve">Your role (optional):  </w:t>
      </w:r>
      <w:r>
        <w:rPr>
          <w:rFonts w:ascii="Arial" w:hAnsi="Arial"/>
          <w:b w:val="0"/>
          <w:color w:val="596466"/>
          <w:sz w:val="20"/>
        </w:rPr>
        <w:t>____________________________________________________________</w:t>
      </w:r>
    </w:p>
    <w:p>
      <w:pPr>
        <w:pStyle w:val="Heading1"/>
      </w:pPr>
      <w:r>
        <w:t>The work you want to improve</w:t>
      </w:r>
    </w:p>
    <w:p>
      <w:pPr>
        <w:keepNext/>
        <w:spacing w:after="140"/>
      </w:pPr>
      <w:r>
        <w:t>Answer once for your organisation or the area we agree to review.</w:t>
      </w: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Q01  What decision do you need to make, who will make it, and by when?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Q02  Which part of the work are we looking at?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Describe where the task starts and ends.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Q03  What could happen if you go ahead, wait, change the idea or stop?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Note any deadline, commitment or part of the decision that is hard to reverse.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Q04  Who does the work, who needs a say, and who approves the decision?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Include the roles that maintain the work or provide support.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Q05  What could help me understand how the work happens today?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List relevant policies, process descriptions, previous tests or summary figures, with dates where you know them.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1"/>
      </w:pPr>
      <w:r>
        <w:t>Your AI ideas</w:t>
      </w:r>
    </w:p>
    <w:p>
      <w:pPr>
        <w:keepNext/>
        <w:spacing w:after="140"/>
      </w:pPr>
      <w:r>
        <w:t>Repeat Q06–Q10 for each idea you want to consider.</w:t>
      </w: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Q06  What would the AI do?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Give each idea a short name and describe the task it would change.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Q07  What problem would it solve, and for whom?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Q08  How often does the problem occur?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Give a measure or an estimate, and say where it came from.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Q09  What would improve, and who would notice?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Q10  Could you solve the problem without AI?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Consider changes to the process or information, another tool, or stopping the task.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1"/>
      </w:pPr>
      <w:r>
        <w:t>A closer look at the work</w:t>
      </w:r>
    </w:p>
    <w:p>
      <w:pPr>
        <w:keepNext/>
        <w:spacing w:after="140"/>
      </w:pPr>
      <w:r>
        <w:t>Use these questions for each area we choose to examine closely.</w:t>
      </w: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Q11  Which area should we look at more closely, and why now?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Use this section for each area we choose. We may compare several ideas without examining each in equal depth.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Q12  How does the task happen today, step by step?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Include handovers, exceptions, rework and the roles or systems involved.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Q13  What do you know about the task’s current time, volume, quality, errors or delays?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Give the source, period and sample size. Note any limits or missing measures.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Q14  Which parts would AI do, and which would people do?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Describe what goes in, what comes out, who checks it and anything AI must not do.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Q15  How would you measure an improvement?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Say what result would matter, who would track it and who needs to agree the target.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Q16  What supports the benefits you expect?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Distinguish measured results from reports, estimates and assumptions. Include anything that casts doubt on the benefits.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Q17  How does the AI option compare with the current process and the best non-AI option?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Include the cost and work of setting up and running each option. If a figure is unknown, say so.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Q18  What could go wrong, and who could be affected?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keepNext/>
        <w:keepLines/>
        <w:spacing w:before="60" w:after="20"/>
      </w:pPr>
      <w:r>
        <w:rPr>
          <w:rFonts w:ascii="Arial" w:hAnsi="Arial"/>
          <w:b w:val="0"/>
          <w:color w:val="596466"/>
          <w:sz w:val="18"/>
        </w:rPr>
        <w:t>Who would detect problems, correct them and stop the AI if needed?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keepNext/>
        <w:keepLines/>
        <w:spacing w:before="60" w:after="20"/>
      </w:pPr>
      <w:r>
        <w:rPr>
          <w:rFonts w:ascii="Arial" w:hAnsi="Arial"/>
          <w:b w:val="0"/>
          <w:color w:val="596466"/>
          <w:sz w:val="18"/>
        </w:rPr>
        <w:t>How would the work continue without AI?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keepNext/>
        <w:keepLines/>
        <w:spacing w:before="60" w:after="20"/>
      </w:pPr>
      <w:r>
        <w:rPr>
          <w:rFonts w:ascii="Arial" w:hAnsi="Arial"/>
          <w:b w:val="0"/>
          <w:color w:val="596466"/>
          <w:sz w:val="18"/>
        </w:rPr>
        <w:t>Which outcomes would be unacceptable?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1"/>
      </w:pPr>
      <w:r>
        <w:t>People and ways of working</w:t>
      </w:r>
    </w:p>
    <w:p>
      <w:pPr>
        <w:keepNext/>
        <w:spacing w:after="140"/>
      </w:pPr>
      <w:r>
        <w:t>Think about who would do this work and what would change for them.</w:t>
      </w: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Q19  Who would be responsible for the result, and who would run the work each day?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Q20  What rules or approvals apply to this work?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Describe what people actually do as well as what the written guidance says.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Q21  Who would check the AI’s work and handle errors or concerns?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Have they agreed to do it, and do they have time?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Q22  What new skills, training or support would people need?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Include time to check results, maintain information, support users and manage changes to the work.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Q23  What else could affect this work over the next six months?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Consider staff availability, other changes and anything that needs to happen first.</w:t>
      </w: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1"/>
      </w:pPr>
      <w:r>
        <w:t>Information and technology</w:t>
      </w:r>
    </w:p>
    <w:p>
      <w:pPr>
        <w:keepNext/>
        <w:spacing w:after="140"/>
      </w:pPr>
      <w:r>
        <w:t>Describe what the idea would need from your information and systems.</w:t>
      </w: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Q24  What information would AI use, and who is responsible for it?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Q25  How reliable is that information, and who is allowed to use it?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Consider accuracy, how up to date it is and any gaps. Say how this was checked and what remains unknown.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Q26  Which tools or systems would the work use or connect to?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Q27  What needs checking about access, monitoring and keeping the service running?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Include technical support, a backup approach and any checks that need a specialist.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Q28  What technology or supplier decisions still need to be made?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Include setup, licences, purchasing, running costs and how you would leave the service. Say where estimates come from and what they assume.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1"/>
        <w:pageBreakBefore/>
      </w:pPr>
      <w:r>
        <w:t>What happens next</w:t>
      </w:r>
    </w:p>
    <w:p>
      <w:pPr>
        <w:keepNext/>
        <w:spacing w:after="140"/>
      </w:pPr>
      <w:r>
        <w:t>Discuss these questions with whoever will make the decision, where possible.</w:t>
      </w: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Q29  Which unanswered question matters most to your decision?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Q30  What is the simplest way to find out?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If you need a test, describe the task, comparison and evidence to collect.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Q31  What result would justify going ahead?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Agree this before testing, along with the results that would make you stop or change direction.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Q32  Who will decide what happens next, and when?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Give a review date or trigger, and say what happens if information is still missing.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3"/>
        <w:keepNext/>
        <w:keepLines/>
        <w:spacing w:before="120" w:after="40"/>
      </w:pPr>
      <w:r>
        <w:rPr>
          <w:rFonts w:ascii="Arial" w:hAnsi="Arial"/>
          <w:b/>
          <w:color w:val="000000"/>
          <w:sz w:val="21"/>
        </w:rPr>
        <w:t>Q33  If you decide against AI, what could still improve the work?</w:t>
      </w:r>
    </w:p>
    <w:p>
      <w:pPr>
        <w:keepNext/>
        <w:keepLines/>
        <w:spacing w:after="20"/>
      </w:pPr>
      <w:r>
        <w:rPr>
          <w:rFonts w:ascii="Arial" w:hAnsi="Arial"/>
          <w:b w:val="0"/>
          <w:color w:val="596466"/>
          <w:sz w:val="18"/>
        </w:rPr>
        <w:t>If no further work is needed, say why.</w:t>
      </w:r>
    </w:p>
    <w:p>
      <w:pPr>
        <w:keepNext/>
        <w:spacing w:after="120" w:line="360" w:lineRule="exact"/>
        <w:pBdr>
          <w:bottom w:val="single" w:sz="4" w:space="1" w:color="D0D0C6"/>
        </w:pBdr>
      </w:pPr>
    </w:p>
    <w:p>
      <w:pPr>
        <w:keepNext w:val="0"/>
        <w:spacing w:after="120" w:line="360" w:lineRule="exact"/>
        <w:pBdr>
          <w:bottom w:val="single" w:sz="4" w:space="1" w:color="D0D0C6"/>
        </w:pBdr>
      </w:pPr>
    </w:p>
    <w:p>
      <w:pPr>
        <w:pStyle w:val="Heading1"/>
      </w:pPr>
      <w:r>
        <w:t>How I use your answers</w:t>
      </w:r>
    </w:p>
    <w:p>
      <w:r>
        <w:t>I use your answers alongside our conversations and relevant documents to assess readiness. The questionnaire does not produce a score on its own.</w:t>
      </w:r>
    </w:p>
    <w:p>
      <w:r>
        <w:t>Read the method and rating descriptions at www.kenning.co.nz/ai-readiness-check/how-it-works.</w:t>
      </w:r>
    </w:p>
    <w:sectPr w:rsidR="00FC693F" w:rsidRPr="0006063C" w:rsidSect="00034616">
      <w:pgSz w:w="12240" w:h="15840"/>
      <w:pgMar w:top="979" w:right="1066" w:bottom="936" w:left="106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59646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Georgia" w:hAnsi="Georgia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 w:val="0"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  <w:pBdr>
        <w:bottom w:val="nil"/>
      </w:pBdr>
    </w:pPr>
    <w:rPr>
      <w:rFonts w:asciiTheme="majorHAnsi" w:eastAsiaTheme="majorEastAsia" w:hAnsiTheme="majorHAnsi" w:cstheme="majorBidi" w:ascii="Georgia" w:hAnsi="Georgia"/>
      <w:b w:val="0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Readiness Check questionnaire</dc:title>
  <dc:subject>Questionnaire for preparing an AI Readiness Check</dc:subject>
  <dc:creator/>
  <cp:keywords>AI Readiness Check, Kenning on AI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